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2DA3F" w14:textId="033BCC78" w:rsidR="005D0BE4" w:rsidRPr="00D76899" w:rsidRDefault="00704561">
      <w:pPr>
        <w:pStyle w:val="Titre"/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 xml:space="preserve">Calendrier </w:t>
      </w:r>
      <w:r>
        <w:rPr>
          <w:rFonts w:ascii="Luciole" w:hAnsi="Luciole"/>
          <w:sz w:val="36"/>
          <w:szCs w:val="36"/>
          <w:lang w:val="fr-FR"/>
        </w:rPr>
        <w:t xml:space="preserve">prévisionnel </w:t>
      </w:r>
      <w:r w:rsidR="004E0DB0" w:rsidRPr="00D76899">
        <w:rPr>
          <w:rFonts w:ascii="Luciole" w:hAnsi="Luciole"/>
          <w:sz w:val="36"/>
          <w:szCs w:val="36"/>
          <w:lang w:val="fr-FR"/>
        </w:rPr>
        <w:t>des activités –</w:t>
      </w:r>
      <w:r w:rsidR="0001261D">
        <w:rPr>
          <w:rFonts w:ascii="Luciole" w:hAnsi="Luciole"/>
          <w:sz w:val="36"/>
          <w:szCs w:val="36"/>
          <w:lang w:val="fr-FR"/>
        </w:rPr>
        <w:t xml:space="preserve">septembre </w:t>
      </w:r>
      <w:r w:rsidR="004E0DB0" w:rsidRPr="00D76899">
        <w:rPr>
          <w:rFonts w:ascii="Luciole" w:hAnsi="Luciole"/>
          <w:sz w:val="36"/>
          <w:szCs w:val="36"/>
          <w:lang w:val="fr-FR"/>
        </w:rPr>
        <w:t>2026</w:t>
      </w:r>
    </w:p>
    <w:p w14:paraId="1F04D7C7" w14:textId="2516D32B" w:rsidR="005D0BE4" w:rsidRPr="00D76899" w:rsidRDefault="00EC3344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>M</w:t>
      </w:r>
      <w:r w:rsidR="00E1742E">
        <w:rPr>
          <w:rFonts w:ascii="Luciole" w:hAnsi="Luciole"/>
          <w:sz w:val="36"/>
          <w:szCs w:val="36"/>
          <w:lang w:val="fr-FR"/>
        </w:rPr>
        <w:t xml:space="preserve">ardi 1 </w:t>
      </w:r>
      <w:r w:rsidR="00E36A83">
        <w:rPr>
          <w:rFonts w:ascii="Luciole" w:hAnsi="Luciole"/>
          <w:sz w:val="36"/>
          <w:szCs w:val="36"/>
          <w:lang w:val="fr-FR"/>
        </w:rPr>
        <w:t xml:space="preserve">septembre </w:t>
      </w:r>
      <w:r w:rsidR="00E36A83" w:rsidRPr="00D76899">
        <w:rPr>
          <w:rFonts w:ascii="Luciole" w:hAnsi="Luciole"/>
          <w:sz w:val="36"/>
          <w:szCs w:val="36"/>
          <w:lang w:val="fr-FR"/>
        </w:rPr>
        <w:t>:</w:t>
      </w:r>
      <w:r w:rsidRPr="00D76899">
        <w:rPr>
          <w:rFonts w:ascii="Luciole" w:hAnsi="Luciole"/>
          <w:sz w:val="36"/>
          <w:szCs w:val="36"/>
          <w:lang w:val="fr-FR"/>
        </w:rPr>
        <w:t xml:space="preserve"> </w:t>
      </w:r>
      <w:r w:rsidR="00E36A83">
        <w:rPr>
          <w:rFonts w:ascii="Luciole" w:hAnsi="Luciole"/>
          <w:sz w:val="36"/>
          <w:szCs w:val="36"/>
          <w:lang w:val="fr-FR"/>
        </w:rPr>
        <w:t xml:space="preserve">Aide et conseils sur la téléphonie et l’informatique à la </w:t>
      </w:r>
      <w:r w:rsidR="001E6DEF">
        <w:rPr>
          <w:rFonts w:ascii="Luciole" w:hAnsi="Luciole"/>
          <w:sz w:val="36"/>
          <w:szCs w:val="36"/>
          <w:lang w:val="fr-FR"/>
        </w:rPr>
        <w:t>médiathèque</w:t>
      </w:r>
      <w:r w:rsidR="00E36A83">
        <w:rPr>
          <w:rFonts w:ascii="Luciole" w:hAnsi="Luciole"/>
          <w:sz w:val="36"/>
          <w:szCs w:val="36"/>
          <w:lang w:val="fr-FR"/>
        </w:rPr>
        <w:t xml:space="preserve"> François </w:t>
      </w:r>
      <w:r w:rsidR="001E6DEF">
        <w:rPr>
          <w:rFonts w:ascii="Luciole" w:hAnsi="Luciole"/>
          <w:sz w:val="36"/>
          <w:szCs w:val="36"/>
          <w:lang w:val="fr-FR"/>
        </w:rPr>
        <w:t>Mitterrand</w:t>
      </w:r>
      <w:r w:rsidR="00E36A83">
        <w:rPr>
          <w:rFonts w:ascii="Luciole" w:hAnsi="Luciole"/>
          <w:sz w:val="36"/>
          <w:szCs w:val="36"/>
          <w:lang w:val="fr-FR"/>
        </w:rPr>
        <w:t xml:space="preserve"> de Saint-Denis de </w:t>
      </w:r>
      <w:r w:rsidR="001E6DEF">
        <w:rPr>
          <w:rFonts w:ascii="Luciole" w:hAnsi="Luciole"/>
          <w:sz w:val="36"/>
          <w:szCs w:val="36"/>
          <w:lang w:val="fr-FR"/>
        </w:rPr>
        <w:t xml:space="preserve">9h00 à 12h00. </w:t>
      </w:r>
    </w:p>
    <w:p w14:paraId="55F27653" w14:textId="2AFED028" w:rsidR="00EC3344" w:rsidRDefault="008C5D7E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>Mercredi 2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</w:t>
      </w:r>
      <w:r w:rsidR="00A6274B" w:rsidRPr="00D76899">
        <w:rPr>
          <w:rFonts w:ascii="Luciole" w:hAnsi="Luciole"/>
          <w:sz w:val="36"/>
          <w:szCs w:val="36"/>
          <w:lang w:val="fr-FR"/>
        </w:rPr>
        <w:t xml:space="preserve">Matinée activités et échange à Sainte-Marie de 10h00 à 12h00. </w:t>
      </w:r>
    </w:p>
    <w:p w14:paraId="3DC83E64" w14:textId="77777777" w:rsidR="005154D8" w:rsidRDefault="008C5D7E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>Mardi 8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</w:t>
      </w:r>
    </w:p>
    <w:p w14:paraId="4DCD3FE2" w14:textId="31FF9D3E" w:rsidR="008C5D7E" w:rsidRDefault="007D2D22" w:rsidP="005154D8">
      <w:pPr>
        <w:pStyle w:val="Paragraphedeliste"/>
        <w:numPr>
          <w:ilvl w:val="0"/>
          <w:numId w:val="11"/>
        </w:numPr>
        <w:rPr>
          <w:rFonts w:ascii="Luciole" w:hAnsi="Luciole"/>
          <w:sz w:val="36"/>
          <w:szCs w:val="36"/>
          <w:lang w:val="fr-FR"/>
        </w:rPr>
      </w:pPr>
      <w:r w:rsidRPr="005154D8">
        <w:rPr>
          <w:rFonts w:ascii="Luciole" w:hAnsi="Luciole"/>
          <w:sz w:val="36"/>
          <w:szCs w:val="36"/>
          <w:lang w:val="fr-FR"/>
        </w:rPr>
        <w:t xml:space="preserve">Cours de braille au local de Saint-Pierre </w:t>
      </w:r>
      <w:r w:rsidR="0081340E" w:rsidRPr="005154D8">
        <w:rPr>
          <w:rFonts w:ascii="Luciole" w:hAnsi="Luciole"/>
          <w:sz w:val="36"/>
          <w:szCs w:val="36"/>
          <w:lang w:val="fr-FR"/>
        </w:rPr>
        <w:t xml:space="preserve">de 9h30 à 11h30. </w:t>
      </w:r>
    </w:p>
    <w:p w14:paraId="245AB2CC" w14:textId="05D4B8A9" w:rsidR="005154D8" w:rsidRDefault="005154D8" w:rsidP="005154D8">
      <w:pPr>
        <w:pStyle w:val="Paragraphedeliste"/>
        <w:numPr>
          <w:ilvl w:val="0"/>
          <w:numId w:val="11"/>
        </w:num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 xml:space="preserve">Aide et conseils </w:t>
      </w:r>
      <w:r w:rsidR="004953AE">
        <w:rPr>
          <w:rFonts w:ascii="Luciole" w:hAnsi="Luciole"/>
          <w:sz w:val="36"/>
          <w:szCs w:val="36"/>
          <w:lang w:val="fr-FR"/>
        </w:rPr>
        <w:t xml:space="preserve">sur la téléphonie et l’informatique à la </w:t>
      </w:r>
      <w:r w:rsidR="00A309DD">
        <w:rPr>
          <w:rFonts w:ascii="Luciole" w:hAnsi="Luciole"/>
          <w:sz w:val="36"/>
          <w:szCs w:val="36"/>
          <w:lang w:val="fr-FR"/>
        </w:rPr>
        <w:t>médiathèque</w:t>
      </w:r>
      <w:r w:rsidR="004953AE">
        <w:rPr>
          <w:rFonts w:ascii="Luciole" w:hAnsi="Luciole"/>
          <w:sz w:val="36"/>
          <w:szCs w:val="36"/>
          <w:lang w:val="fr-FR"/>
        </w:rPr>
        <w:t xml:space="preserve"> de Plateau caillo</w:t>
      </w:r>
      <w:r w:rsidR="00A309DD">
        <w:rPr>
          <w:rFonts w:ascii="Luciole" w:hAnsi="Luciole"/>
          <w:sz w:val="36"/>
          <w:szCs w:val="36"/>
          <w:lang w:val="fr-FR"/>
        </w:rPr>
        <w:t xml:space="preserve">ux </w:t>
      </w:r>
      <w:r w:rsidR="007451F5">
        <w:rPr>
          <w:rFonts w:ascii="Luciole" w:hAnsi="Luciole"/>
          <w:sz w:val="36"/>
          <w:szCs w:val="36"/>
          <w:lang w:val="fr-FR"/>
        </w:rPr>
        <w:t xml:space="preserve">de 9h00 à 12h00. </w:t>
      </w:r>
    </w:p>
    <w:p w14:paraId="64061737" w14:textId="45A6594D" w:rsidR="00C661D4" w:rsidRDefault="00C661D4" w:rsidP="00C661D4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>Mercredi 9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</w:t>
      </w:r>
      <w:r w:rsidR="00C2444F">
        <w:rPr>
          <w:rFonts w:ascii="Luciole" w:hAnsi="Luciole"/>
          <w:sz w:val="36"/>
          <w:szCs w:val="36"/>
          <w:lang w:val="fr-FR"/>
        </w:rPr>
        <w:t>Aide et conseils sur la téléphonie et l’informatique</w:t>
      </w:r>
      <w:r w:rsidR="004002BB">
        <w:rPr>
          <w:rFonts w:ascii="Luciole" w:hAnsi="Luciole"/>
          <w:sz w:val="36"/>
          <w:szCs w:val="36"/>
          <w:lang w:val="fr-FR"/>
        </w:rPr>
        <w:t xml:space="preserve"> à la </w:t>
      </w:r>
      <w:r w:rsidR="00185E87">
        <w:rPr>
          <w:rFonts w:ascii="Luciole" w:hAnsi="Luciole"/>
          <w:sz w:val="36"/>
          <w:szCs w:val="36"/>
          <w:lang w:val="fr-FR"/>
        </w:rPr>
        <w:t>médiathèque</w:t>
      </w:r>
      <w:r w:rsidR="004002BB">
        <w:rPr>
          <w:rFonts w:ascii="Luciole" w:hAnsi="Luciole"/>
          <w:sz w:val="36"/>
          <w:szCs w:val="36"/>
          <w:lang w:val="fr-FR"/>
        </w:rPr>
        <w:t xml:space="preserve"> du tampon de 9h30 à 11h45. </w:t>
      </w:r>
    </w:p>
    <w:p w14:paraId="3F2A6FAF" w14:textId="794E0A76" w:rsidR="004002BB" w:rsidRDefault="004002BB" w:rsidP="00C661D4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lastRenderedPageBreak/>
        <w:t>Mardi 15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Aide et conseils sur la téléphonie et l’informatique </w:t>
      </w:r>
      <w:r w:rsidR="00800CBF">
        <w:rPr>
          <w:rFonts w:ascii="Luciole" w:hAnsi="Luciole"/>
          <w:sz w:val="36"/>
          <w:szCs w:val="36"/>
          <w:lang w:val="fr-FR"/>
        </w:rPr>
        <w:t xml:space="preserve">à la </w:t>
      </w:r>
      <w:r w:rsidR="00185E87">
        <w:rPr>
          <w:rFonts w:ascii="Luciole" w:hAnsi="Luciole"/>
          <w:sz w:val="36"/>
          <w:szCs w:val="36"/>
          <w:lang w:val="fr-FR"/>
        </w:rPr>
        <w:t>médiathèque</w:t>
      </w:r>
      <w:r w:rsidR="00800CBF">
        <w:rPr>
          <w:rFonts w:ascii="Luciole" w:hAnsi="Luciole"/>
          <w:sz w:val="36"/>
          <w:szCs w:val="36"/>
          <w:lang w:val="fr-FR"/>
        </w:rPr>
        <w:t xml:space="preserve"> Fr</w:t>
      </w:r>
      <w:r w:rsidR="00185E87">
        <w:rPr>
          <w:rFonts w:ascii="Luciole" w:hAnsi="Luciole"/>
          <w:sz w:val="36"/>
          <w:szCs w:val="36"/>
          <w:lang w:val="fr-FR"/>
        </w:rPr>
        <w:t>an</w:t>
      </w:r>
      <w:r w:rsidR="00800CBF">
        <w:rPr>
          <w:rFonts w:ascii="Luciole" w:hAnsi="Luciole"/>
          <w:sz w:val="36"/>
          <w:szCs w:val="36"/>
          <w:lang w:val="fr-FR"/>
        </w:rPr>
        <w:t xml:space="preserve">çois </w:t>
      </w:r>
      <w:r w:rsidR="00185E87">
        <w:rPr>
          <w:rFonts w:ascii="Luciole" w:hAnsi="Luciole"/>
          <w:sz w:val="36"/>
          <w:szCs w:val="36"/>
          <w:lang w:val="fr-FR"/>
        </w:rPr>
        <w:t>Mitterrand</w:t>
      </w:r>
      <w:r w:rsidR="00800CBF">
        <w:rPr>
          <w:rFonts w:ascii="Luciole" w:hAnsi="Luciole"/>
          <w:sz w:val="36"/>
          <w:szCs w:val="36"/>
          <w:lang w:val="fr-FR"/>
        </w:rPr>
        <w:t xml:space="preserve"> </w:t>
      </w:r>
      <w:r w:rsidR="00185E87">
        <w:rPr>
          <w:rFonts w:ascii="Luciole" w:hAnsi="Luciole"/>
          <w:sz w:val="36"/>
          <w:szCs w:val="36"/>
          <w:lang w:val="fr-FR"/>
        </w:rPr>
        <w:t xml:space="preserve">de Saint-Denis </w:t>
      </w:r>
      <w:r w:rsidR="009D19AA">
        <w:rPr>
          <w:rFonts w:ascii="Luciole" w:hAnsi="Luciole"/>
          <w:sz w:val="36"/>
          <w:szCs w:val="36"/>
          <w:lang w:val="fr-FR"/>
        </w:rPr>
        <w:t xml:space="preserve">de 9h00 à 12h00. </w:t>
      </w:r>
    </w:p>
    <w:p w14:paraId="2BB28495" w14:textId="77777777" w:rsidR="002321A7" w:rsidRDefault="009D19AA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>Mercredi 16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</w:t>
      </w:r>
    </w:p>
    <w:p w14:paraId="2723E409" w14:textId="0B2F131B" w:rsidR="004F50F1" w:rsidRDefault="004F50F1" w:rsidP="002321A7">
      <w:pPr>
        <w:pStyle w:val="Paragraphedeliste"/>
        <w:numPr>
          <w:ilvl w:val="0"/>
          <w:numId w:val="11"/>
        </w:numPr>
        <w:rPr>
          <w:rFonts w:ascii="Luciole" w:hAnsi="Luciole"/>
          <w:sz w:val="36"/>
          <w:szCs w:val="36"/>
          <w:lang w:val="fr-FR"/>
        </w:rPr>
      </w:pPr>
      <w:r w:rsidRPr="002321A7">
        <w:rPr>
          <w:rFonts w:ascii="Luciole" w:hAnsi="Luciole"/>
          <w:sz w:val="36"/>
          <w:szCs w:val="36"/>
          <w:lang w:val="fr-FR"/>
        </w:rPr>
        <w:t xml:space="preserve">Activité cuisine au local de Saint-Pierre de </w:t>
      </w:r>
      <w:r w:rsidR="001F249C" w:rsidRPr="002321A7">
        <w:rPr>
          <w:rFonts w:ascii="Luciole" w:hAnsi="Luciole"/>
          <w:sz w:val="36"/>
          <w:szCs w:val="36"/>
          <w:lang w:val="fr-FR"/>
        </w:rPr>
        <w:t xml:space="preserve">9h00 à 14h00. </w:t>
      </w:r>
    </w:p>
    <w:p w14:paraId="0EA508F0" w14:textId="315174B5" w:rsidR="002321A7" w:rsidRDefault="0005609E" w:rsidP="002321A7">
      <w:pPr>
        <w:pStyle w:val="Paragraphedeliste"/>
        <w:numPr>
          <w:ilvl w:val="0"/>
          <w:numId w:val="11"/>
        </w:num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 xml:space="preserve">Aide et conseils sur la téléphonie et l’informatique au local de Saint-Pierre </w:t>
      </w:r>
      <w:r w:rsidR="000A5771">
        <w:rPr>
          <w:rFonts w:ascii="Luciole" w:hAnsi="Luciole"/>
          <w:sz w:val="36"/>
          <w:szCs w:val="36"/>
          <w:lang w:val="fr-FR"/>
        </w:rPr>
        <w:t xml:space="preserve">de 9h00 à 12h00. </w:t>
      </w:r>
    </w:p>
    <w:p w14:paraId="4EEC6541" w14:textId="59D04A6E" w:rsidR="000A5771" w:rsidRDefault="00366D9B" w:rsidP="000A5771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>Mercredi 23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Sortie à handiplage de la Saline de </w:t>
      </w:r>
      <w:r w:rsidR="006E2312">
        <w:rPr>
          <w:rFonts w:ascii="Luciole" w:hAnsi="Luciole"/>
          <w:sz w:val="36"/>
          <w:szCs w:val="36"/>
          <w:lang w:val="fr-FR"/>
        </w:rPr>
        <w:t xml:space="preserve">10h00 à 15h00. La date limite pour les demandes de transports </w:t>
      </w:r>
      <w:r w:rsidR="00FC6FFB">
        <w:rPr>
          <w:rFonts w:ascii="Luciole" w:hAnsi="Luciole"/>
          <w:sz w:val="36"/>
          <w:szCs w:val="36"/>
          <w:lang w:val="fr-FR"/>
        </w:rPr>
        <w:t xml:space="preserve">est prévue pour le mardi 15 septembre. </w:t>
      </w:r>
    </w:p>
    <w:p w14:paraId="3449A014" w14:textId="4262C7D1" w:rsidR="00DA5335" w:rsidRDefault="00DA5335" w:rsidP="000A5771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>Mardi 29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Aide et conseils sur la téléphonie et l’informatique </w:t>
      </w:r>
      <w:r w:rsidR="00650725">
        <w:rPr>
          <w:rFonts w:ascii="Luciole" w:hAnsi="Luciole"/>
          <w:sz w:val="36"/>
          <w:szCs w:val="36"/>
          <w:lang w:val="fr-FR"/>
        </w:rPr>
        <w:t xml:space="preserve">à la médiathèque de Plateau caillou </w:t>
      </w:r>
      <w:r w:rsidR="00FA305B">
        <w:rPr>
          <w:rFonts w:ascii="Luciole" w:hAnsi="Luciole"/>
          <w:sz w:val="36"/>
          <w:szCs w:val="36"/>
          <w:lang w:val="fr-FR"/>
        </w:rPr>
        <w:t xml:space="preserve">de 9h00 à 12h00. </w:t>
      </w:r>
    </w:p>
    <w:p w14:paraId="24B4FAE8" w14:textId="58AA06C6" w:rsidR="00A04EB6" w:rsidRPr="000A5771" w:rsidRDefault="00A04EB6" w:rsidP="000A5771">
      <w:pPr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lastRenderedPageBreak/>
        <w:t>Mercredi 30 septembre</w:t>
      </w:r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Aide et conseils sur la téléphonie et l’informatique </w:t>
      </w:r>
      <w:r w:rsidR="00CC1E7A">
        <w:rPr>
          <w:rFonts w:ascii="Luciole" w:hAnsi="Luciole"/>
          <w:sz w:val="36"/>
          <w:szCs w:val="36"/>
          <w:lang w:val="fr-FR"/>
        </w:rPr>
        <w:t xml:space="preserve">au local de Saint-Pierre de 9h00 à 12h00. </w:t>
      </w:r>
    </w:p>
    <w:p w14:paraId="63E058B3" w14:textId="7F5A6610" w:rsidR="00D9459E" w:rsidRPr="00D76899" w:rsidRDefault="00D9459E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>Samedi 8 août</w:t>
      </w:r>
      <w:r w:rsidRPr="00D76899">
        <w:rPr>
          <w:rFonts w:ascii="Calibri" w:hAnsi="Calibri" w:cs="Calibri"/>
          <w:sz w:val="36"/>
          <w:szCs w:val="36"/>
          <w:lang w:val="fr-FR"/>
        </w:rPr>
        <w:t> </w:t>
      </w:r>
      <w:r w:rsidRPr="00D76899">
        <w:rPr>
          <w:rFonts w:ascii="Luciole" w:hAnsi="Luciole"/>
          <w:sz w:val="36"/>
          <w:szCs w:val="36"/>
          <w:lang w:val="fr-FR"/>
        </w:rPr>
        <w:t xml:space="preserve">: </w:t>
      </w:r>
      <w:r w:rsidR="007B7384" w:rsidRPr="00D76899">
        <w:rPr>
          <w:rFonts w:ascii="Luciole" w:hAnsi="Luciole"/>
          <w:sz w:val="36"/>
          <w:szCs w:val="36"/>
          <w:lang w:val="fr-FR"/>
        </w:rPr>
        <w:t xml:space="preserve">Atelier d’écriture à Sainte-Marie de 10h00 à 12h00. </w:t>
      </w:r>
    </w:p>
    <w:p w14:paraId="17D6A232" w14:textId="36F87DE0" w:rsidR="005D0BE4" w:rsidRPr="00D76899" w:rsidRDefault="00D76899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 xml:space="preserve">Mardi 11 août : Aide et conseil sur la téléphonie et l’informatique aux médiathèques de Plateau </w:t>
      </w:r>
      <w:r w:rsidR="00AF3F99" w:rsidRPr="00D76899">
        <w:rPr>
          <w:rFonts w:ascii="Luciole" w:hAnsi="Luciole"/>
          <w:sz w:val="36"/>
          <w:szCs w:val="36"/>
          <w:lang w:val="fr-FR"/>
        </w:rPr>
        <w:t>Caillou.</w:t>
      </w:r>
      <w:r w:rsidR="006C5238" w:rsidRPr="00D76899">
        <w:rPr>
          <w:rFonts w:ascii="Luciole" w:hAnsi="Luciole"/>
          <w:sz w:val="36"/>
          <w:szCs w:val="36"/>
          <w:lang w:val="fr-FR"/>
        </w:rPr>
        <w:t xml:space="preserve"> </w:t>
      </w:r>
    </w:p>
    <w:p w14:paraId="7D3F1478" w14:textId="138E4A5A" w:rsidR="005D0BE4" w:rsidRPr="00D76899" w:rsidRDefault="00AF3F99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 xml:space="preserve">Mercredi 12 août : </w:t>
      </w:r>
      <w:r w:rsidR="00BA05CB" w:rsidRPr="00D76899">
        <w:rPr>
          <w:rFonts w:ascii="Luciole" w:hAnsi="Luciole"/>
          <w:sz w:val="36"/>
          <w:szCs w:val="36"/>
          <w:lang w:val="fr-FR"/>
        </w:rPr>
        <w:t xml:space="preserve">Visite guidée à la maison du volcan de 10h00 à </w:t>
      </w:r>
      <w:r w:rsidR="00D845F7" w:rsidRPr="00D76899">
        <w:rPr>
          <w:rFonts w:ascii="Luciole" w:hAnsi="Luciole"/>
          <w:sz w:val="36"/>
          <w:szCs w:val="36"/>
          <w:lang w:val="fr-FR"/>
        </w:rPr>
        <w:t xml:space="preserve">14h00. La date limite d’inscription pour </w:t>
      </w:r>
      <w:r w:rsidRPr="00D76899">
        <w:rPr>
          <w:rFonts w:ascii="Luciole" w:hAnsi="Luciole"/>
          <w:sz w:val="36"/>
          <w:szCs w:val="36"/>
          <w:lang w:val="fr-FR"/>
        </w:rPr>
        <w:t>les transports</w:t>
      </w:r>
      <w:r w:rsidR="00D845F7" w:rsidRPr="00D76899">
        <w:rPr>
          <w:rFonts w:ascii="Luciole" w:hAnsi="Luciole"/>
          <w:sz w:val="36"/>
          <w:szCs w:val="36"/>
          <w:lang w:val="fr-FR"/>
        </w:rPr>
        <w:t xml:space="preserve"> est fixée au </w:t>
      </w:r>
      <w:r w:rsidR="00337810" w:rsidRPr="00D76899">
        <w:rPr>
          <w:rFonts w:ascii="Luciole" w:hAnsi="Luciole"/>
          <w:sz w:val="36"/>
          <w:szCs w:val="36"/>
          <w:lang w:val="fr-FR"/>
        </w:rPr>
        <w:t xml:space="preserve">mercredi 5 </w:t>
      </w:r>
      <w:proofErr w:type="spellStart"/>
      <w:r w:rsidR="00337810" w:rsidRPr="00D76899">
        <w:rPr>
          <w:rFonts w:ascii="Luciole" w:hAnsi="Luciole"/>
          <w:sz w:val="36"/>
          <w:szCs w:val="36"/>
          <w:lang w:val="fr-FR"/>
        </w:rPr>
        <w:t>aôut</w:t>
      </w:r>
      <w:proofErr w:type="spellEnd"/>
      <w:r w:rsidR="00337810" w:rsidRPr="00D76899">
        <w:rPr>
          <w:rFonts w:ascii="Luciole" w:hAnsi="Luciole"/>
          <w:sz w:val="36"/>
          <w:szCs w:val="36"/>
          <w:lang w:val="fr-FR"/>
        </w:rPr>
        <w:t xml:space="preserve"> </w:t>
      </w:r>
      <w:r w:rsidR="003734CC" w:rsidRPr="00D76899">
        <w:rPr>
          <w:rFonts w:ascii="Luciole" w:hAnsi="Luciole"/>
          <w:sz w:val="36"/>
          <w:szCs w:val="36"/>
          <w:lang w:val="fr-FR"/>
        </w:rPr>
        <w:t>(</w:t>
      </w:r>
      <w:r w:rsidR="00337810" w:rsidRPr="00D76899">
        <w:rPr>
          <w:rFonts w:ascii="Luciole" w:hAnsi="Luciole"/>
          <w:sz w:val="36"/>
          <w:szCs w:val="36"/>
          <w:lang w:val="fr-FR"/>
        </w:rPr>
        <w:t>prévoir son repas</w:t>
      </w:r>
      <w:r w:rsidR="003734CC" w:rsidRPr="00D76899">
        <w:rPr>
          <w:rFonts w:ascii="Luciole" w:hAnsi="Luciole"/>
          <w:sz w:val="36"/>
          <w:szCs w:val="36"/>
          <w:lang w:val="fr-FR"/>
        </w:rPr>
        <w:t xml:space="preserve">). </w:t>
      </w:r>
    </w:p>
    <w:p w14:paraId="78013B4C" w14:textId="6477FAAE" w:rsidR="005D0BE4" w:rsidRPr="00D76899" w:rsidRDefault="003D40FF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>Mardi 18 août : Aide et conseil sur la téléphonie et l’informatique à la médiathèque François Mitterrand de Saint-Denis de 9h00 à 12h00.</w:t>
      </w:r>
    </w:p>
    <w:p w14:paraId="160F9A54" w14:textId="0FE2361A" w:rsidR="005F13DF" w:rsidRDefault="004F50F1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 xml:space="preserve">Mercredi 19 août : </w:t>
      </w:r>
      <w:r w:rsidR="00344CF7" w:rsidRPr="00D76899">
        <w:rPr>
          <w:rFonts w:ascii="Luciole" w:hAnsi="Luciole"/>
          <w:sz w:val="36"/>
          <w:szCs w:val="36"/>
          <w:lang w:val="fr-FR"/>
        </w:rPr>
        <w:t>Sortie handiplage à la saline de 10h00 à 15h00. La date limite d’inscriptio</w:t>
      </w:r>
      <w:r w:rsidR="00C619DB" w:rsidRPr="00D76899">
        <w:rPr>
          <w:rFonts w:ascii="Luciole" w:hAnsi="Luciole"/>
          <w:sz w:val="36"/>
          <w:szCs w:val="36"/>
          <w:lang w:val="fr-FR"/>
        </w:rPr>
        <w:t xml:space="preserve">n </w:t>
      </w:r>
      <w:r w:rsidR="00C619DB" w:rsidRPr="00D76899">
        <w:rPr>
          <w:rFonts w:ascii="Luciole" w:hAnsi="Luciole"/>
          <w:sz w:val="36"/>
          <w:szCs w:val="36"/>
          <w:lang w:val="fr-FR"/>
        </w:rPr>
        <w:lastRenderedPageBreak/>
        <w:t xml:space="preserve">pour </w:t>
      </w:r>
      <w:r w:rsidR="003D40FF" w:rsidRPr="00D76899">
        <w:rPr>
          <w:rFonts w:ascii="Luciole" w:hAnsi="Luciole"/>
          <w:sz w:val="36"/>
          <w:szCs w:val="36"/>
          <w:lang w:val="fr-FR"/>
        </w:rPr>
        <w:t>les demandes</w:t>
      </w:r>
      <w:r w:rsidR="00C619DB" w:rsidRPr="00D76899">
        <w:rPr>
          <w:rFonts w:ascii="Luciole" w:hAnsi="Luciole"/>
          <w:sz w:val="36"/>
          <w:szCs w:val="36"/>
          <w:lang w:val="fr-FR"/>
        </w:rPr>
        <w:t xml:space="preserve"> de transport est fixée au </w:t>
      </w:r>
      <w:r w:rsidR="0069028D" w:rsidRPr="00D76899">
        <w:rPr>
          <w:rFonts w:ascii="Luciole" w:hAnsi="Luciole"/>
          <w:sz w:val="36"/>
          <w:szCs w:val="36"/>
          <w:lang w:val="fr-FR"/>
        </w:rPr>
        <w:t>mardi 11 août</w:t>
      </w:r>
      <w:r w:rsidR="00FA6195" w:rsidRPr="00D76899">
        <w:rPr>
          <w:rFonts w:ascii="Luciole" w:hAnsi="Luciole"/>
          <w:sz w:val="36"/>
          <w:szCs w:val="36"/>
          <w:lang w:val="fr-FR"/>
        </w:rPr>
        <w:t xml:space="preserve"> </w:t>
      </w:r>
      <w:r w:rsidR="003D40FF" w:rsidRPr="00D76899">
        <w:rPr>
          <w:rFonts w:ascii="Luciole" w:hAnsi="Luciole"/>
          <w:sz w:val="36"/>
          <w:szCs w:val="36"/>
          <w:lang w:val="fr-FR"/>
        </w:rPr>
        <w:t>(prévoir</w:t>
      </w:r>
      <w:r w:rsidR="00FA6195" w:rsidRPr="00D76899">
        <w:rPr>
          <w:rFonts w:ascii="Luciole" w:hAnsi="Luciole"/>
          <w:sz w:val="36"/>
          <w:szCs w:val="36"/>
          <w:lang w:val="fr-FR"/>
        </w:rPr>
        <w:t xml:space="preserve"> son repas). </w:t>
      </w:r>
    </w:p>
    <w:p w14:paraId="41F2CBB5" w14:textId="03052C9F" w:rsidR="00A00E65" w:rsidRDefault="007E67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>
        <w:rPr>
          <w:rFonts w:ascii="Luciole" w:hAnsi="Luciole"/>
          <w:sz w:val="36"/>
          <w:szCs w:val="36"/>
          <w:lang w:val="fr-FR"/>
        </w:rPr>
        <w:t xml:space="preserve">Jeudi 20 </w:t>
      </w:r>
      <w:proofErr w:type="spellStart"/>
      <w:r>
        <w:rPr>
          <w:rFonts w:ascii="Luciole" w:hAnsi="Luciole"/>
          <w:sz w:val="36"/>
          <w:szCs w:val="36"/>
          <w:lang w:val="fr-FR"/>
        </w:rPr>
        <w:t>aôut</w:t>
      </w:r>
      <w:proofErr w:type="spellEnd"/>
      <w:r>
        <w:rPr>
          <w:rFonts w:ascii="Calibri" w:hAnsi="Calibri" w:cs="Calibri"/>
          <w:sz w:val="36"/>
          <w:szCs w:val="36"/>
          <w:lang w:val="fr-FR"/>
        </w:rPr>
        <w:t> </w:t>
      </w:r>
      <w:r>
        <w:rPr>
          <w:rFonts w:ascii="Luciole" w:hAnsi="Luciole"/>
          <w:sz w:val="36"/>
          <w:szCs w:val="36"/>
          <w:lang w:val="fr-FR"/>
        </w:rPr>
        <w:t xml:space="preserve">: </w:t>
      </w:r>
      <w:r w:rsidR="004D6FCB">
        <w:rPr>
          <w:rFonts w:ascii="Luciole" w:hAnsi="Luciole"/>
          <w:sz w:val="36"/>
          <w:szCs w:val="36"/>
          <w:lang w:val="fr-FR"/>
        </w:rPr>
        <w:t xml:space="preserve">Information sur l’homéopathie </w:t>
      </w:r>
      <w:r w:rsidR="00C35D27">
        <w:rPr>
          <w:rFonts w:ascii="Luciole" w:hAnsi="Luciole"/>
          <w:sz w:val="36"/>
          <w:szCs w:val="36"/>
          <w:lang w:val="fr-FR"/>
        </w:rPr>
        <w:t xml:space="preserve">avec </w:t>
      </w:r>
      <w:r w:rsidR="004D6FCB">
        <w:rPr>
          <w:rFonts w:ascii="Luciole" w:hAnsi="Luciole"/>
          <w:sz w:val="36"/>
          <w:szCs w:val="36"/>
          <w:lang w:val="fr-FR"/>
        </w:rPr>
        <w:t xml:space="preserve">le </w:t>
      </w:r>
      <w:proofErr w:type="gramStart"/>
      <w:r w:rsidR="004D6FCB">
        <w:rPr>
          <w:rFonts w:ascii="Luciole" w:hAnsi="Luciole"/>
          <w:sz w:val="36"/>
          <w:szCs w:val="36"/>
          <w:lang w:val="fr-FR"/>
        </w:rPr>
        <w:t>Docteur</w:t>
      </w:r>
      <w:proofErr w:type="gramEnd"/>
      <w:r w:rsidR="004D6FCB">
        <w:rPr>
          <w:rFonts w:ascii="Luciole" w:hAnsi="Luciole"/>
          <w:sz w:val="36"/>
          <w:szCs w:val="36"/>
          <w:lang w:val="fr-FR"/>
        </w:rPr>
        <w:t xml:space="preserve"> Catherine DAMIANO </w:t>
      </w:r>
    </w:p>
    <w:p w14:paraId="3B4FCF3A" w14:textId="4477C5F9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t>Au local de Saint-Pierre le 20 août de 9h30 à 12h00</w:t>
      </w:r>
    </w:p>
    <w:p w14:paraId="7FCDC300" w14:textId="77777777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</w:p>
    <w:p w14:paraId="13BEDC86" w14:textId="77777777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t>- Présentation rapide des personnes présentes et leur expérience en homéopathie ;</w:t>
      </w:r>
    </w:p>
    <w:p w14:paraId="1C1ECE88" w14:textId="77777777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t>- La vie de Samuel Hahnemann, le fondateur de l'homéopathie ;</w:t>
      </w:r>
    </w:p>
    <w:p w14:paraId="64E606AE" w14:textId="77777777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t>- Les principes généraux de l'homéopathie illustrés par des exemples ;</w:t>
      </w:r>
    </w:p>
    <w:p w14:paraId="679B21CB" w14:textId="77777777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t>- Un remède connu de tous, ARNICA, pour comprendre la façon de trouver et prescrire un remède ;</w:t>
      </w:r>
    </w:p>
    <w:p w14:paraId="456C47C1" w14:textId="77777777" w:rsidR="00A00E65" w:rsidRPr="00C35D27" w:rsidRDefault="00A00E65" w:rsidP="00A00E65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t>- L'homéopathie familiale : son intérêt et ses limites ;</w:t>
      </w:r>
    </w:p>
    <w:p w14:paraId="05311602" w14:textId="01191128" w:rsidR="007E6765" w:rsidRDefault="00A00E65" w:rsidP="00C35D27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  <w:r w:rsidRPr="00C35D27">
        <w:rPr>
          <w:rFonts w:ascii="Luciole" w:hAnsi="Luciole"/>
          <w:sz w:val="36"/>
          <w:szCs w:val="36"/>
          <w:lang w:val="fr-FR"/>
        </w:rPr>
        <w:lastRenderedPageBreak/>
        <w:t>- Questions réponses et suites à envisager pour réaliser d'éventuelles séances d'Homéopathie familiale.</w:t>
      </w:r>
    </w:p>
    <w:p w14:paraId="462E4E00" w14:textId="77777777" w:rsidR="00C35D27" w:rsidRPr="00D76899" w:rsidRDefault="00C35D27" w:rsidP="00C35D27">
      <w:pPr>
        <w:shd w:val="clear" w:color="auto" w:fill="FFFFFF"/>
        <w:spacing w:after="0"/>
        <w:textAlignment w:val="baseline"/>
        <w:rPr>
          <w:rFonts w:ascii="Luciole" w:hAnsi="Luciole"/>
          <w:sz w:val="36"/>
          <w:szCs w:val="36"/>
          <w:lang w:val="fr-FR"/>
        </w:rPr>
      </w:pPr>
    </w:p>
    <w:p w14:paraId="379F4E8D" w14:textId="099DC798" w:rsidR="005D0BE4" w:rsidRPr="00D76899" w:rsidRDefault="00274190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>Samedi 22 août</w:t>
      </w:r>
      <w:r w:rsidRPr="00C35D27">
        <w:rPr>
          <w:rFonts w:ascii="Calibri" w:hAnsi="Calibri" w:cs="Calibri"/>
          <w:sz w:val="36"/>
          <w:szCs w:val="36"/>
          <w:lang w:val="fr-FR"/>
        </w:rPr>
        <w:t> </w:t>
      </w:r>
      <w:r w:rsidRPr="00D76899">
        <w:rPr>
          <w:rFonts w:ascii="Luciole" w:hAnsi="Luciole"/>
          <w:sz w:val="36"/>
          <w:szCs w:val="36"/>
          <w:lang w:val="fr-FR"/>
        </w:rPr>
        <w:t xml:space="preserve">: Atelier d’écriture à Sainte-Marie de 10h00 à 12h00. </w:t>
      </w:r>
    </w:p>
    <w:p w14:paraId="7595582D" w14:textId="1AE7BF33" w:rsidR="005D0BE4" w:rsidRPr="00D76899" w:rsidRDefault="003D40FF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 xml:space="preserve">Mardi </w:t>
      </w:r>
      <w:r w:rsidR="00592543" w:rsidRPr="00D76899">
        <w:rPr>
          <w:rFonts w:ascii="Luciole" w:hAnsi="Luciole"/>
          <w:sz w:val="36"/>
          <w:szCs w:val="36"/>
          <w:lang w:val="fr-FR"/>
        </w:rPr>
        <w:t>25</w:t>
      </w:r>
      <w:r w:rsidRPr="00D76899">
        <w:rPr>
          <w:rFonts w:ascii="Luciole" w:hAnsi="Luciole"/>
          <w:sz w:val="36"/>
          <w:szCs w:val="36"/>
          <w:lang w:val="fr-FR"/>
        </w:rPr>
        <w:t xml:space="preserve"> août : Aide et conseil sur la téléphonie et l’informatique à la médiathèque </w:t>
      </w:r>
      <w:r w:rsidR="00592543" w:rsidRPr="00D76899">
        <w:rPr>
          <w:rFonts w:ascii="Luciole" w:hAnsi="Luciole"/>
          <w:sz w:val="36"/>
          <w:szCs w:val="36"/>
          <w:lang w:val="fr-FR"/>
        </w:rPr>
        <w:t xml:space="preserve">de Plateau </w:t>
      </w:r>
      <w:r w:rsidR="00704561" w:rsidRPr="00D76899">
        <w:rPr>
          <w:rFonts w:ascii="Luciole" w:hAnsi="Luciole"/>
          <w:sz w:val="36"/>
          <w:szCs w:val="36"/>
          <w:lang w:val="fr-FR"/>
        </w:rPr>
        <w:t>caillou de</w:t>
      </w:r>
      <w:r w:rsidRPr="00D76899">
        <w:rPr>
          <w:rFonts w:ascii="Luciole" w:hAnsi="Luciole"/>
          <w:sz w:val="36"/>
          <w:szCs w:val="36"/>
          <w:lang w:val="fr-FR"/>
        </w:rPr>
        <w:t xml:space="preserve"> 9h00 à 1</w:t>
      </w:r>
      <w:r w:rsidR="00592543" w:rsidRPr="00D76899">
        <w:rPr>
          <w:rFonts w:ascii="Luciole" w:hAnsi="Luciole"/>
          <w:sz w:val="36"/>
          <w:szCs w:val="36"/>
          <w:lang w:val="fr-FR"/>
        </w:rPr>
        <w:t>2h</w:t>
      </w:r>
      <w:r w:rsidR="00704561" w:rsidRPr="00D76899">
        <w:rPr>
          <w:rFonts w:ascii="Luciole" w:hAnsi="Luciole"/>
          <w:sz w:val="36"/>
          <w:szCs w:val="36"/>
          <w:lang w:val="fr-FR"/>
        </w:rPr>
        <w:t>00.</w:t>
      </w:r>
    </w:p>
    <w:p w14:paraId="1A8DE1D3" w14:textId="46520D1A" w:rsidR="0013095F" w:rsidRPr="00D76899" w:rsidRDefault="0013095F">
      <w:pPr>
        <w:rPr>
          <w:rFonts w:ascii="Luciole" w:hAnsi="Luciole"/>
          <w:sz w:val="36"/>
          <w:szCs w:val="36"/>
          <w:lang w:val="fr-FR"/>
        </w:rPr>
      </w:pPr>
      <w:r w:rsidRPr="00D76899">
        <w:rPr>
          <w:rFonts w:ascii="Luciole" w:hAnsi="Luciole"/>
          <w:sz w:val="36"/>
          <w:szCs w:val="36"/>
          <w:lang w:val="fr-FR"/>
        </w:rPr>
        <w:t>Mercredi 26 août</w:t>
      </w:r>
      <w:r w:rsidRPr="00D76899">
        <w:rPr>
          <w:rFonts w:ascii="Calibri" w:hAnsi="Calibri" w:cs="Calibri"/>
          <w:sz w:val="36"/>
          <w:szCs w:val="36"/>
          <w:lang w:val="fr-FR"/>
        </w:rPr>
        <w:t> </w:t>
      </w:r>
      <w:r w:rsidRPr="00D76899">
        <w:rPr>
          <w:rFonts w:ascii="Luciole" w:hAnsi="Luciole"/>
          <w:sz w:val="36"/>
          <w:szCs w:val="36"/>
          <w:lang w:val="fr-FR"/>
        </w:rPr>
        <w:t xml:space="preserve">: Aide et conseil sur la téléphonie et l’informatique </w:t>
      </w:r>
      <w:r w:rsidR="00A00FA4" w:rsidRPr="00D76899">
        <w:rPr>
          <w:rFonts w:ascii="Luciole" w:hAnsi="Luciole"/>
          <w:sz w:val="36"/>
          <w:szCs w:val="36"/>
          <w:lang w:val="fr-FR"/>
        </w:rPr>
        <w:t xml:space="preserve">à la médiathèque du tampon de 9h30 à 11h45. </w:t>
      </w:r>
    </w:p>
    <w:p w14:paraId="6084FF06" w14:textId="77777777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t xml:space="preserve">Pour organiser et mettre en place une sortie ou une activité, la présence des bénévoles ou d’accompagnants est indispensable. </w:t>
      </w:r>
    </w:p>
    <w:p w14:paraId="69387779" w14:textId="77777777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t xml:space="preserve">Les dates limites d’inscription nous laissent du temps pour prévoir vos transports et des guides. </w:t>
      </w:r>
    </w:p>
    <w:p w14:paraId="364C452F" w14:textId="38464F4D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t xml:space="preserve">Nous comptons sur votre </w:t>
      </w:r>
      <w:r w:rsidR="00704561" w:rsidRPr="00D76899">
        <w:rPr>
          <w:rFonts w:ascii="Luciole" w:hAnsi="Luciole"/>
          <w:sz w:val="36"/>
          <w:szCs w:val="36"/>
        </w:rPr>
        <w:t>compréhension</w:t>
      </w:r>
    </w:p>
    <w:p w14:paraId="2706E8F4" w14:textId="77777777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lastRenderedPageBreak/>
        <w:t>Pour les informations et inscriptions</w:t>
      </w:r>
      <w:r w:rsidRPr="00D76899">
        <w:rPr>
          <w:rFonts w:ascii="Calibri" w:hAnsi="Calibri" w:cs="Calibri"/>
          <w:sz w:val="36"/>
          <w:szCs w:val="36"/>
        </w:rPr>
        <w:t> </w:t>
      </w:r>
      <w:r w:rsidRPr="00D76899">
        <w:rPr>
          <w:rFonts w:ascii="Luciole" w:hAnsi="Luciole"/>
          <w:sz w:val="36"/>
          <w:szCs w:val="36"/>
        </w:rPr>
        <w:t>:</w:t>
      </w:r>
    </w:p>
    <w:p w14:paraId="4F239A0D" w14:textId="77777777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t>Par mail</w:t>
      </w:r>
      <w:r w:rsidRPr="00D76899">
        <w:rPr>
          <w:rFonts w:ascii="Calibri" w:hAnsi="Calibri" w:cs="Calibri"/>
          <w:sz w:val="36"/>
          <w:szCs w:val="36"/>
        </w:rPr>
        <w:t> </w:t>
      </w:r>
      <w:r w:rsidRPr="00D76899">
        <w:rPr>
          <w:rFonts w:ascii="Luciole" w:hAnsi="Luciole"/>
          <w:sz w:val="36"/>
          <w:szCs w:val="36"/>
        </w:rPr>
        <w:t xml:space="preserve">: </w:t>
      </w:r>
      <w:hyperlink r:id="rId6" w:history="1">
        <w:r w:rsidRPr="00D76899">
          <w:rPr>
            <w:rFonts w:ascii="Luciole" w:hAnsi="Luciole"/>
            <w:sz w:val="36"/>
            <w:szCs w:val="36"/>
          </w:rPr>
          <w:t>shoarau@avh.asso.fr</w:t>
        </w:r>
      </w:hyperlink>
      <w:r w:rsidRPr="00D76899">
        <w:rPr>
          <w:rFonts w:ascii="Luciole" w:hAnsi="Luciole"/>
          <w:sz w:val="36"/>
          <w:szCs w:val="36"/>
        </w:rPr>
        <w:tab/>
      </w:r>
    </w:p>
    <w:p w14:paraId="23D9D485" w14:textId="77777777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t>Sur le répondeur</w:t>
      </w:r>
      <w:r w:rsidRPr="00D76899">
        <w:rPr>
          <w:rFonts w:ascii="Calibri" w:hAnsi="Calibri" w:cs="Calibri"/>
          <w:sz w:val="36"/>
          <w:szCs w:val="36"/>
        </w:rPr>
        <w:t> </w:t>
      </w:r>
      <w:r w:rsidRPr="00D76899">
        <w:rPr>
          <w:rFonts w:ascii="Luciole" w:hAnsi="Luciole"/>
          <w:sz w:val="36"/>
          <w:szCs w:val="36"/>
        </w:rPr>
        <w:t xml:space="preserve">: 02 62 70 11 12 </w:t>
      </w:r>
    </w:p>
    <w:p w14:paraId="76BAA617" w14:textId="77777777" w:rsidR="001D54B5" w:rsidRPr="00D76899" w:rsidRDefault="001D54B5" w:rsidP="001D54B5">
      <w:pPr>
        <w:pStyle w:val="NormalWeb"/>
        <w:rPr>
          <w:rFonts w:ascii="Luciole" w:hAnsi="Luciole"/>
          <w:sz w:val="36"/>
          <w:szCs w:val="36"/>
        </w:rPr>
      </w:pPr>
      <w:r w:rsidRPr="00D76899">
        <w:rPr>
          <w:rFonts w:ascii="Luciole" w:hAnsi="Luciole"/>
          <w:sz w:val="36"/>
          <w:szCs w:val="36"/>
        </w:rPr>
        <w:t>Par téléphone</w:t>
      </w:r>
      <w:r w:rsidRPr="00D76899">
        <w:rPr>
          <w:rFonts w:ascii="Calibri" w:hAnsi="Calibri" w:cs="Calibri"/>
          <w:sz w:val="36"/>
          <w:szCs w:val="36"/>
        </w:rPr>
        <w:t> </w:t>
      </w:r>
      <w:r w:rsidRPr="00D76899">
        <w:rPr>
          <w:rFonts w:ascii="Luciole" w:hAnsi="Luciole"/>
          <w:sz w:val="36"/>
          <w:szCs w:val="36"/>
        </w:rPr>
        <w:t xml:space="preserve">: 02 62 61 41 27 </w:t>
      </w:r>
    </w:p>
    <w:p w14:paraId="2F884941" w14:textId="77777777" w:rsidR="001D54B5" w:rsidRPr="00D76899" w:rsidRDefault="001D54B5">
      <w:pPr>
        <w:rPr>
          <w:rFonts w:ascii="Luciole" w:hAnsi="Luciole"/>
          <w:sz w:val="36"/>
          <w:szCs w:val="36"/>
          <w:lang w:val="fr-FR"/>
        </w:rPr>
      </w:pPr>
    </w:p>
    <w:sectPr w:rsidR="001D54B5" w:rsidRPr="00D768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99522D"/>
    <w:multiLevelType w:val="hybridMultilevel"/>
    <w:tmpl w:val="88D2414E"/>
    <w:lvl w:ilvl="0" w:tplc="E99E1A34">
      <w:numFmt w:val="bullet"/>
      <w:lvlText w:val="-"/>
      <w:lvlJc w:val="left"/>
      <w:pPr>
        <w:ind w:left="720" w:hanging="360"/>
      </w:pPr>
      <w:rPr>
        <w:rFonts w:ascii="Luciole" w:eastAsiaTheme="minorEastAsia" w:hAnsi="Luciol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17B07"/>
    <w:multiLevelType w:val="hybridMultilevel"/>
    <w:tmpl w:val="E24C17CC"/>
    <w:lvl w:ilvl="0" w:tplc="03BC9ADE">
      <w:numFmt w:val="bullet"/>
      <w:lvlText w:val="-"/>
      <w:lvlJc w:val="left"/>
      <w:pPr>
        <w:ind w:left="1069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338858">
    <w:abstractNumId w:val="8"/>
  </w:num>
  <w:num w:numId="2" w16cid:durableId="1104612811">
    <w:abstractNumId w:val="6"/>
  </w:num>
  <w:num w:numId="3" w16cid:durableId="308366386">
    <w:abstractNumId w:val="5"/>
  </w:num>
  <w:num w:numId="4" w16cid:durableId="772481205">
    <w:abstractNumId w:val="4"/>
  </w:num>
  <w:num w:numId="5" w16cid:durableId="241719535">
    <w:abstractNumId w:val="7"/>
  </w:num>
  <w:num w:numId="6" w16cid:durableId="481314113">
    <w:abstractNumId w:val="3"/>
  </w:num>
  <w:num w:numId="7" w16cid:durableId="681516090">
    <w:abstractNumId w:val="2"/>
  </w:num>
  <w:num w:numId="8" w16cid:durableId="742876800">
    <w:abstractNumId w:val="1"/>
  </w:num>
  <w:num w:numId="9" w16cid:durableId="710303103">
    <w:abstractNumId w:val="0"/>
  </w:num>
  <w:num w:numId="10" w16cid:durableId="607934039">
    <w:abstractNumId w:val="10"/>
  </w:num>
  <w:num w:numId="11" w16cid:durableId="2004807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61D"/>
    <w:rsid w:val="00034616"/>
    <w:rsid w:val="0005609E"/>
    <w:rsid w:val="0006063C"/>
    <w:rsid w:val="000A41EC"/>
    <w:rsid w:val="000A5771"/>
    <w:rsid w:val="0013095F"/>
    <w:rsid w:val="0015074B"/>
    <w:rsid w:val="00185E87"/>
    <w:rsid w:val="001D54B5"/>
    <w:rsid w:val="001E6DEF"/>
    <w:rsid w:val="001F249C"/>
    <w:rsid w:val="002321A7"/>
    <w:rsid w:val="00274190"/>
    <w:rsid w:val="0029639D"/>
    <w:rsid w:val="00326F90"/>
    <w:rsid w:val="00337810"/>
    <w:rsid w:val="00344CF7"/>
    <w:rsid w:val="00351C02"/>
    <w:rsid w:val="00366D9B"/>
    <w:rsid w:val="003734CC"/>
    <w:rsid w:val="003D40FF"/>
    <w:rsid w:val="003E6D1C"/>
    <w:rsid w:val="004002BB"/>
    <w:rsid w:val="00415202"/>
    <w:rsid w:val="004953AE"/>
    <w:rsid w:val="004D6FCB"/>
    <w:rsid w:val="004E0DB0"/>
    <w:rsid w:val="004F50F1"/>
    <w:rsid w:val="005154D8"/>
    <w:rsid w:val="00570E79"/>
    <w:rsid w:val="00592543"/>
    <w:rsid w:val="005D0BE4"/>
    <w:rsid w:val="005F13DF"/>
    <w:rsid w:val="005F4237"/>
    <w:rsid w:val="00650725"/>
    <w:rsid w:val="0069028D"/>
    <w:rsid w:val="006C5238"/>
    <w:rsid w:val="006E2312"/>
    <w:rsid w:val="007005C3"/>
    <w:rsid w:val="00704561"/>
    <w:rsid w:val="0070681A"/>
    <w:rsid w:val="00733A14"/>
    <w:rsid w:val="007451F5"/>
    <w:rsid w:val="007A63B4"/>
    <w:rsid w:val="007B7384"/>
    <w:rsid w:val="007D2D22"/>
    <w:rsid w:val="007E6765"/>
    <w:rsid w:val="00800CBF"/>
    <w:rsid w:val="0081340E"/>
    <w:rsid w:val="008C5D7E"/>
    <w:rsid w:val="009D19AA"/>
    <w:rsid w:val="00A00E65"/>
    <w:rsid w:val="00A00FA4"/>
    <w:rsid w:val="00A026A1"/>
    <w:rsid w:val="00A04EB6"/>
    <w:rsid w:val="00A309DD"/>
    <w:rsid w:val="00A6274B"/>
    <w:rsid w:val="00AA1D8D"/>
    <w:rsid w:val="00AB4FEE"/>
    <w:rsid w:val="00AF2A87"/>
    <w:rsid w:val="00AF3F99"/>
    <w:rsid w:val="00B47730"/>
    <w:rsid w:val="00B47BBA"/>
    <w:rsid w:val="00BA05CB"/>
    <w:rsid w:val="00BB2F87"/>
    <w:rsid w:val="00C21412"/>
    <w:rsid w:val="00C2444F"/>
    <w:rsid w:val="00C35D27"/>
    <w:rsid w:val="00C619DB"/>
    <w:rsid w:val="00C661D4"/>
    <w:rsid w:val="00C872C9"/>
    <w:rsid w:val="00CB0664"/>
    <w:rsid w:val="00CC1E7A"/>
    <w:rsid w:val="00D76899"/>
    <w:rsid w:val="00D845F7"/>
    <w:rsid w:val="00D865AC"/>
    <w:rsid w:val="00D9459E"/>
    <w:rsid w:val="00DA5335"/>
    <w:rsid w:val="00E1742E"/>
    <w:rsid w:val="00E36A83"/>
    <w:rsid w:val="00EC3344"/>
    <w:rsid w:val="00F0443E"/>
    <w:rsid w:val="00F55813"/>
    <w:rsid w:val="00FA305B"/>
    <w:rsid w:val="00FA6195"/>
    <w:rsid w:val="00FC693F"/>
    <w:rsid w:val="00FC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22294"/>
  <w14:defaultImageDpi w14:val="300"/>
  <w15:docId w15:val="{463D5B8E-6A6E-440A-84E2-F12538E9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D5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oarau@avh.ass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515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comite reunion</cp:lastModifiedBy>
  <cp:revision>2</cp:revision>
  <dcterms:created xsi:type="dcterms:W3CDTF">2026-09-30T06:05:00Z</dcterms:created>
  <dcterms:modified xsi:type="dcterms:W3CDTF">2026-09-30T06:05:00Z</dcterms:modified>
  <cp:category/>
</cp:coreProperties>
</file>